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كراهية الرشوة-كتاب الأقضية-سنن أبي داود — رقم الحديث: 3580 — الرقم الفرعي: 99 — الرقم الأصلي: 3580</w:t>
        <w:br/>
      </w:r>
      <w:r>
        <w:rPr>
          <w:rtl w:val="1"/>
        </w:rPr>
        <w:t xml:space="preserve"> حدثنا أحمد بن يونس ثنا ابن أبي ذئب عن الحارث بن عبد الرحمن عن أبي سلمة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لَعَنَ رسولُ الله ﷺ الرَّاشيَ والمُرتَشِي.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الرشوة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قبول القاضي للهدية والدعوة والرشوة - آداب القاضي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تحريم الرِّشوة والهدايا لرجال الحُكم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عاشرًا: قيمة تحريم الرِّشوة وهدايا الموظَّفين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