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ذكر ابن صياد-كتاب الفتن وأشراط الساعة-صحيح مسلم — رقم الحديث: 2925 — الرقم الفرعي: 99 — الرقم الأصلي: 2925</w:t>
        <w:br/>
      </w:r>
      <w:r>
        <w:rPr>
          <w:rtl w:val="1"/>
        </w:rPr>
        <w:t xml:space="preserve"> حدثنا محمد بن المثنى حدثنا سالم بن نوح عن الجُرَيْريّ عن أبي نضرة عن أبي سعيد</w:t>
        <w:br/>
      </w:r>
      <w:r>
        <w:rPr>
          <w:color w:val="FF0000"/>
          <w:rtl w:val="1"/>
        </w:rPr>
        <w:t xml:space="preserve">قال: لقِيَه رسولُ الله ﷺ وأبو بكرٍ وعمرُ في بعضِ طُرُق المدينة،  </w:t>
      </w:r>
      <w:r>
        <w:rPr>
          <w:color w:val="FF0000"/>
          <w:rtl w:val="1"/>
        </w:rPr>
        <w:t xml:space="preserve">فقال له رسولُ الله ﷺ: «أَتشهدُ أنِّي رسولُ الله؟» فقال هو: «أَتشهدُ أنِّي رسولُ الله؟»  </w:t>
      </w:r>
      <w:r>
        <w:rPr>
          <w:color w:val="FF0000"/>
          <w:rtl w:val="1"/>
        </w:rPr>
        <w:t xml:space="preserve">فقال رسولُ الله ﷺ: «آمنتُ باللهِ وملائكتِه وكُتبِه،  </w:t>
      </w:r>
      <w:r>
        <w:rPr>
          <w:color w:val="FF0000"/>
          <w:rtl w:val="1"/>
        </w:rPr>
        <w:t xml:space="preserve">ما تَرى؟» قال: أَرى عرشًا على الماء، فقال رسولُ الله ﷺ: «تَرى عرشَ إبليسَ على البَحر، وما تَرى؟» قال: أَرى صادقَيْن وكاذبًا، أو كاذبَيْن وصادقًا. فقال رسولُ الله ﷺ: «لُبِسَ عليه، دَعُوه». </w:t>
      </w:r>
    </w:p>
    <w:p>
      <w:pPr>
        <w:bidi w:val="1"/>
        <w:jc w:val="start"/>
      </w:pPr>
      <w:r>
        <w:rPr>
          <w:rtl w:val="1"/>
        </w:rPr>
        <w:t>الشرح: الدلالة: الإيمان بالله تعالى ركن من أركان الإيمان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الإيمان بالكتب المنزلة إجمالاً وأدلته - الإيمان بالكتب المنزلة</w:t>
      </w:r>
    </w:p>
    <w:p>
      <w:pPr>
        <w:bidi w:val="1"/>
        <w:jc w:val="start"/>
      </w:pPr>
      <w:r>
        <w:rPr>
          <w:rtl w:val="1"/>
        </w:rPr>
        <w:t>الشرح: الدلالة: أدلة الإيمان بالملائكة - الإيمان بالملائكة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خروج المسيح الدجال - الأشراط الكبرى للساعة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الثاني: ما ورد في ابن صائد أنه الدجال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