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8904 — الرقم الفرعي: 99 — الرقم الأصلي: 8904 — ج: 2 — ص: 377</w:t>
        <w:br/>
      </w:r>
      <w:r>
        <w:rPr>
          <w:rtl w:val="1"/>
        </w:rPr>
        <w:t xml:space="preserve"> حدثنا أسود بن عامر أخبرنا أبو بكر عن عاصم عن أبي صالح عن أبي هريرة قال:قال رسول الله صلى الله عليه وسلم</w:t>
        <w:br/>
      </w:r>
      <w:r>
        <w:rPr>
          <w:color w:val="000000"/>
          <w:rtl w:val="1"/>
        </w:rPr>
        <w:t xml:space="preserve">«أُمِرْتُ أَنْ أُقاتِلَ النَّاسَ حَتَّى يَقُولُوا: لَا إِلَهَ إِلَّا اللهُ،  </w:t>
      </w:r>
      <w:r>
        <w:rPr>
          <w:color w:val="000000"/>
          <w:rtl w:val="1"/>
        </w:rPr>
        <w:t xml:space="preserve">فَإِذَا قَالُوهَا، عَصَمُوا مِنِّي دِمَاءَهُمْ وَأَمْوَالَهُمْ إِلَّا مِنْ أَمْرِ حَقٍّ، وَحِسَابُهمْ عَلَى اللهِ» </w:t>
      </w:r>
    </w:p>
    <w:p>
      <w:pPr>
        <w:bidi w:val="1"/>
        <w:jc w:val="start"/>
      </w:pPr>
      <w:r>
        <w:rPr>
          <w:rtl w:val="1"/>
        </w:rPr>
        <w:t>درجة الحديث: صحيح / صحيح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