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قول الله تعالىولا تحسبنّ الذين قُتلوا في سبيل الله أمواتا-كتاب الجهاد والسير-صحيح البخاري — رقم الحديث: 2814 — الرقم الفرعي: 99 — الرقم الأصلي: 2814</w:t>
        <w:br/>
      </w:r>
      <w:r>
        <w:rPr>
          <w:rtl w:val="1"/>
        </w:rPr>
        <w:t xml:space="preserve"> حدثنا إسماعيل بن عبد الله قال:حدثني مالك عن إسحاق بن عبد الله بن أبي طلحة عن أنس بن مالك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دَعَا رسولُ الله ﷺ على الَّذينَ قَتَلُوا أَصحابَ بئرِ مَعُونةَ ثلاثينَ غَدَاةً، على رِعْلٍ وذَكْوانَ وعُصَيَّةَ، عَصَتِ اللهَ ورسولَه. </w:t>
      </w:r>
      <w:r>
        <w:rPr>
          <w:color w:val="FF0000"/>
          <w:rtl w:val="1"/>
        </w:rPr>
        <w:t xml:space="preserve">قال أنسٌ: أُنزِلَ في الَّذينَ قُتِلُوا ببِئْرِ مَعُونةَ قُرْآنٌ قرأْناه، ثمَّ نُسِخَ بعدُ: بَلِّغُوا قومَنا أنْ قد لَقِينا رَبَّنا، فرَضِيَ عنَّا ورَضِينا عنه. </w:t>
      </w:r>
    </w:p>
    <w:p>
      <w:pPr>
        <w:bidi w:val="1"/>
        <w:jc w:val="start"/>
      </w:pPr>
      <w:r>
        <w:rPr>
          <w:rtl w:val="1"/>
        </w:rPr>
        <w:t>الشرح: الدلالة: سرية بئر معونة (بعث القراء إلى بني عامر) - أحداث السنة الرابعة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