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كراهية الحلف بالآباء-كتاب الإيمان والنذور-سنن أبي داود — رقم الحديث: 3248 — الرقم الفرعي: 99 — الرقم الأصلي: 3248</w:t>
        <w:br/>
      </w:r>
      <w:r>
        <w:rPr>
          <w:rtl w:val="1"/>
        </w:rPr>
        <w:t xml:space="preserve"> حدثنا عبيدالله بن معاذ ثنا أبي عن عوف عن محمد بن سيرين عن أبي هريرة قال:قال رسول الله صلى الله عليه وسلم</w:t>
        <w:br/>
      </w:r>
      <w:r>
        <w:rPr>
          <w:color w:val="FF0000"/>
          <w:rtl w:val="1"/>
        </w:rPr>
        <w:t xml:space="preserve">«لا تحلِفُوا - بآبائكم، ولا بأمهاتِكم، ولا بالأندادِ، ولا تحلِفُوا إلا بالله عز وجل، ولا تحلِفُوا بالله إلا وأنتم صادقُون».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الكذب على النبي صلى الله عليه وسلم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ألفاظ الشرك - الشرك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