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5190 — الرقم الفرعي: 99 — الرقم الأصلي: 5190</w:t>
        <w:br/>
      </w:r>
      <w:r>
        <w:rPr>
          <w:rtl w:val="1"/>
        </w:rPr>
        <w:t xml:space="preserve"> حدثنا يحيى عن سفيان حدثنا عبد الله بن دينار سمعت ابن عمر قال:سأل عمر</w:t>
        <w:br/>
      </w:r>
      <w:r>
        <w:rPr>
          <w:color w:val="000000"/>
          <w:rtl w:val="1"/>
        </w:rPr>
        <w:t xml:space="preserve">رَسُولَ اللهِ ﷺ قَالَ: تُصِيبُنِي الجَنَابَةُ مِنَ اللَّيْلِ؟ فَأمَرَهُ أَنْ يَغْسِلَ ذَكَرَهُ وَلْيَتوَضَّأْ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