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4653 — الرقم الفرعي: 99 — الرقم الأصلي: 4653</w:t>
        <w:br/>
      </w:r>
      <w:r>
        <w:rPr>
          <w:rtl w:val="1"/>
        </w:rPr>
        <w:t xml:space="preserve"> حدثنا يحيى بن عبد الله السُلميّ أخبرنا عبد الله بن المبارك أخبرنا جرير بن حازم قال:أخبرني الزبير بن خِرّيت عن عِكرمة عن ابن عباس،رضي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لمّا نَزَلَت: ﴿إِنْ يَكُنْ مِنْكُمْ عِشْرُونَ صَابِرُونَ يَغْلِبُوا مِائَتَيْنِ﴾ [الأنفال:65] شَقَّ ذلكَ على المسلمِينَ، حينَ فُرِضَ عليهم أنْ لا يَفِرَّ واحدٌ من عَشَرةٍ، فجاءَ التَّخفيفُ، فقال: ﴿الْآنَ خَفَّفَ اللَّهُ عَنْكُمْ وَعَلِمَ أَنَّ فِيكُمْ ضُعْفاً فَإِنْ يَكُنْ مِنْكُمْ مِائَةٌ صَابِرَةٌ يَغْلِبُوا مِائَتَيْنِ﴾ قال: فلمّا خَفَّفَ الله عنهم منَ العِدّةِ نَقَصَ منَ الصَّبْرِ بقَدْرِ ما خُفِّفَ عنهم.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