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يُسأل أهل الشرك عن الشهادة-كتاب الشهادات-صحيح البخاري — رقم الحديث: 2685 — الرقم الفرعي: 99 — الرقم الأصلي: 2685</w:t>
        <w:br/>
      </w:r>
      <w:r>
        <w:rPr>
          <w:rtl w:val="1"/>
        </w:rPr>
        <w:t xml:space="preserve"> حدثنا يحيى بن بكير حدثنا الليث عن يونس عن ابن شهاب عن عبيدالله بن عبد الله بن عتبة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يا مَعشَرَ المسلمينَ، كيفَ تَسْألونَ أهلَ الكتابِ وكتابُكُم الَّذي أُنزِلَ على نبيِّه ﷺ أحدَثُ الأخبارِ بالله؟! تَقْرؤُونَه لم يُشَبْ، وَقد حَدَّثَكُم اللهُ أنَّ أهلَ الكتاب بَدَّلُوا ما كَتَبَ اللهُ، وغَيَّرُوا بأيدِيهمُ الكتابَ،  </w:t>
      </w:r>
      <w:r>
        <w:rPr>
          <w:color w:val="FF0000"/>
          <w:rtl w:val="1"/>
        </w:rPr>
        <w:t xml:space="preserve">فقالوا: هو مِن عندِ الله، ليَشتَروا به ثمنًا قليلًا،  </w:t>
      </w:r>
      <w:r>
        <w:rPr>
          <w:color w:val="FF0000"/>
          <w:rtl w:val="1"/>
        </w:rPr>
        <w:t xml:space="preserve">أفَلا يَنهاكم ما جاءَكم مِنَ العِلْمِ عن مُساءَلَتِهم؟ ولا والله ما رأينا منهم رجلًا قَطُّ يَسْألُكم عن الَّذي أُنزِلَ عليكُم.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نسخ الكتب السابقة وتحريفها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التقييم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تحريف أهل الكتاب لكتبهم وكتمانهم لها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الشمول والتكامل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الربانية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قيمة الإيمان بالكتب السَّماوية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