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13614 — الرقم الفرعي: 99 — الرقم الأصلي: 13614</w:t>
        <w:br/>
      </w:r>
      <w:r>
        <w:rPr>
          <w:rtl w:val="1"/>
        </w:rPr>
        <w:t xml:space="preserve"> حدثنا عفّان ثنا بشر بن المفضل حدثنا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سَمعتُه يُحَدِّثُ حَدِيثًا عن النّبيِّ ﷺ، إلّا قال: أو كما قال رسولُ الله ﷺ.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الورع في الرواية عن رسول الله ﷺ - قيم الورع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