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الجوامع من الدعاء-كتاب الدعاء-سنن ابن ماجة — رقم الحديث: 3846 — الرقم الفرعي: 99 — الرقم الأصلي: 3846</w:t>
        <w:br/>
      </w:r>
      <w:r>
        <w:rPr>
          <w:rtl w:val="1"/>
        </w:rPr>
        <w:t xml:space="preserve"> حدثنا أبو بكر بن أبي شيبة ثنا عفّان ثنا حمّاد بن سلمة أخبرني جبر بن حبيب عن أم كلثوم بنت أبي بكر عن عائشة</w:t>
        <w:br/>
      </w:r>
      <w:r>
        <w:rPr>
          <w:color w:val="FF0000"/>
          <w:rtl w:val="1"/>
        </w:rPr>
        <w:t xml:space="preserve">أَنَّ رَسولَ اللَّهِ ﷺ عَلَّمَهَا هذا الدُّعَاءَ: «اللَّهُمَّ إِنِّي أَسأَلُكَ مِن الخَيْرِ كُلِّهِ، عاجِلِهِ وآجِلِهِ، مَا عَلِمْتُ مِنه ومَا لَم أَعْلَمْ، وَأَعُوذُ بِكَ مِن الشَّرِّ كُلِّهِ، عاجِلِهِ وآجِلِهِ، مَا عَلِمْتُ مِنهُ ومَا لَمْ أَعلَم،  </w:t>
      </w:r>
      <w:r>
        <w:rPr>
          <w:color w:val="FF0000"/>
          <w:rtl w:val="1"/>
        </w:rPr>
        <w:t xml:space="preserve">اللَّهُمَّ إِنِّي أَسْأَلُكَ مِن خَيْرِ ما سَأَلَكَ عَبْدُكَ ونَبِيُّكَ، وَأَعُوذُ بِكَ مِن شَرِّ ما عَاذَ بِهِ عَبْدُكَ ونَبِيُّكَ،  </w:t>
      </w:r>
      <w:r>
        <w:rPr>
          <w:color w:val="FF0000"/>
          <w:rtl w:val="1"/>
        </w:rPr>
        <w:t xml:space="preserve">اللَّهُمَّ إِنِّي أَسأَلُكَ الجَنَّةَ ومَا قَرَّبَ إِلَيها مِن قَوْلٍ أَو عَمَلٍ، وأَعُوذُ بِكَ مِن النَّارِ ومَا قَرَّبَ إِلَيْهَا مِن قَوْلٍ أَو عَمَلٍ،  </w:t>
      </w:r>
      <w:r>
        <w:rPr>
          <w:color w:val="FF0000"/>
          <w:rtl w:val="1"/>
        </w:rPr>
        <w:t xml:space="preserve">وأَسأَلُكَ أَنْ تَجْعَلَ كُلَّ قَضَاءٍ قَضَيْتَه لِي خَيْرًا».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سؤال الجنة، والاستجارة من النار.، - فضل أدعية مخصوصة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تواريخ ولادات الرواة - تواريخ الرواة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