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تعوّذ منه رسول الله صلى الله عليه وسلم-كتاب الدعاء-سنن ابن ماجة — رقم الحديث: 3843 — الرقم الفرعي: 99 — الرقم الأصلي: 3843</w:t>
        <w:br/>
      </w:r>
      <w:r>
        <w:rPr>
          <w:rtl w:val="1"/>
        </w:rPr>
        <w:t xml:space="preserve"> حدثنا عليّ بن محمد ثنا وكيع عن أسامة بن زيد عن محمد بن المنكدر عن جابر قال:قال رسول الله صلى الله عليه وسلم</w:t>
        <w:br/>
      </w:r>
      <w:r>
        <w:rPr>
          <w:color w:val="000000"/>
          <w:rtl w:val="1"/>
        </w:rPr>
        <w:t xml:space="preserve">«سَلُوا اللهَ عِلمًا نافِعًا، وتَعوَّذُوا باللهِ من عِلمٍ لا يَنفَع».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