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10270 — الرقم الفرعي: 99 — الرقم الأصلي: 10270 — ج: 10 — ص: 147</w:t>
        <w:br/>
      </w:r>
      <w:r>
        <w:rPr>
          <w:rtl w:val="1"/>
        </w:rPr>
        <w:t xml:space="preserve"> حدثنا عبد الله بن محمد بن العباس الأصبهانيّ، وعبدان بن أحمد، وعلي بن بسطام الزعفرانيّ، قالوا: حدثنا سهل بن عثمان، حدثنا يحيى بن زكريا بن أبي زائدة، عن الأعمش، عن أبي إسحاق، عن أبي عبيدة، عن عبد الله بن مسعود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سَمِعنا مُناشِدًا أَنشَدَ حقًّا له أَشدَّ مُناشدةً من محمدٍ ﷺ يومَ بدرٍ، جَعلَ يقول: «اللهمَّ إنِّي أَنشُدُك ما وَعَدتَني، اللهمَّ إنَّك إن تَهلِك هذه العِصابةُ لا تُعبد»  </w:t>
      </w:r>
      <w:r>
        <w:rPr>
          <w:color w:val="000000"/>
          <w:rtl w:val="1"/>
        </w:rPr>
        <w:t xml:space="preserve">ثم التَفتَ كأنَّ وَجَهَه القَمر، فقال: «كأنّما أَنظرُ إلى مَصارِعِ القَومِ عَشِيَّة».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بالنصر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