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ألهاكم التكاثر-كتاب تفسير القرآن-سنن الترمذي — رقم الحديث: 3356 — الرقم الفرعي: 99 — الرقم الأصلي: 3354</w:t>
        <w:br/>
      </w:r>
      <w:r>
        <w:rPr>
          <w:rtl w:val="1"/>
        </w:rPr>
        <w:t xml:space="preserve"> حدثنا ابن أبي عمر حدثنا سفيان بن عُيينة عن محمد بن عمرو بن علقمة عن يحيى بن عبد الرحمن بن حاطب عن عبد الله بن الزبير بن العوّام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نزلت: ﴿ثُمَّ لَتُسْأَلُنَّ يَوْمَئِذٍ عَنِ النَّعِيمِ﴾ [التكاثر: 8]  </w:t>
      </w:r>
      <w:r>
        <w:rPr>
          <w:color w:val="FF0000"/>
          <w:rtl w:val="1"/>
        </w:rPr>
        <w:t xml:space="preserve">قال الزُّبير: يا رسولَ الله، وأيُّ النَّعِيم نُسألُ عنه، وإنَّما هُما الأَسْودانِ: التَّمرُ والماء؟  </w:t>
      </w:r>
      <w:r>
        <w:rPr>
          <w:color w:val="FF0000"/>
          <w:rtl w:val="1"/>
        </w:rPr>
        <w:t xml:space="preserve">قال: «أَمَا إنّه سَيَكون». 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