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يتمنّى في سبيل الله عزّ وجلّ-كتاب الجهاد-سنن النسائي — رقم الحديث: 3159 — الرقم الفرعي: 99 — الرقم الأصلي: 3159</w:t>
        <w:br/>
      </w:r>
      <w:r>
        <w:rPr>
          <w:rtl w:val="1"/>
        </w:rPr>
        <w:t xml:space="preserve"> أخبرنا هارون بن محمد بن بكّار قال:حدثنا محمد بن عيسى ملاحظة وهو ابن القاسم بن سُميع قال:حدثنا زيد بن واقد عن كثير بن مُرّة أنّ عبادة بن الصامت حدثهم أن رسولَ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على الأرض مِن نفسٍ تموتُ ولها عند الله خيرٌ، تُحِبُّ أنْ تَرجِعَ إليكم ولها الدّنيا إلاّ القتيلُ، فإنّه يُحِبُ أنْ يَرجِعَ فيُقتَلَ مَرّةً أُخرى».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