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قيل في أولاد المشركين-كتاب الجنائز-صحيح البخاري — رقم الحديث: 1383 — الرقم الفرعي: 99 — الرقم الأصلي: 1383</w:t>
        <w:br/>
      </w:r>
      <w:r>
        <w:rPr>
          <w:rtl w:val="1"/>
        </w:rPr>
        <w:t xml:space="preserve"> حدثنا حِبّان أخبرنا عبد الله أخبرنا شعبة عن أبي بشر عن سعيد بن جبير عن ابن عباس رضي الله عنهم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سُئِلَ رسولُ الله ﷺ عن أولادِ المشركِينَ، فقال: «اللهُ إذْ خَلَقَهُم أعلمُ بما كانُوا عامِلِينَ».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مصائر الأطفال وآبائهم - عاشرًا: العرض والحساب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