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ما يستعاذ منه في الصلاة-كتاب المساجد ومواضع الصلاة-صحيح مسلم — رقم الحديث: 588 — الرقم الفرعي: 1 — الرقم الأصلي: 588</w:t>
        <w:br/>
      </w:r>
      <w:r>
        <w:rPr>
          <w:rtl w:val="1"/>
        </w:rPr>
        <w:t xml:space="preserve"> وحدثنا نصر بن عليّ الجَهضميّ و ابن نُمير و أبو كُريب و زهير بن حرب جميعاً عن وكيع قال أبو كُريب حدثنا وكيع حدثنا الأوزاعيّ عن حسّان بن عطية عن محمد بن أبي عائشة عن أبي هريرة وعن يحيى بن أبي كثير عن أبي سلمة عن أبي هريرة قال:قال رسول الله صلى الله عليه وسلم</w:t>
        <w:br/>
      </w:r>
      <w:r>
        <w:rPr>
          <w:color w:val="FF0000"/>
          <w:rtl w:val="1"/>
        </w:rPr>
        <w:t xml:space="preserve">«إذا تَشَهَّدَ أَحدُكُم فليَستَعِذ باللهِ مِن أَربعٍ، يقولُ: اللهمَّ إنِّي أَعوذُ بكَ مِن عَذَابِ جَهنَّم، ومِن عَذَابِ القَبرِ، ومِن فِتنَةِ المَحْيا والمَمَات، ومِن شَرِّ فِتنَةِ المَسِيحِ الدَّجَّال». </w:t>
      </w:r>
    </w:p>
    <w:p>
      <w:pPr>
        <w:bidi w:val="1"/>
        <w:jc w:val="start"/>
      </w:pPr>
      <w:r>
        <w:rPr>
          <w:rtl w:val="1"/>
        </w:rPr>
        <w:t>درجة الحديث: صحيح</w:t>
      </w:r>
    </w:p>
    <w:p>
      <w:pPr>
        <w:bidi w:val="1"/>
        <w:jc w:val="start"/>
      </w:pPr>
      <w:r>
        <w:rPr>
          <w:rtl w:val="1"/>
        </w:rPr>
        <w:t>الشرح: الدلالة: الدعاء في الجلوس الأخير - الجلوس والتشهد</w:t>
      </w:r>
    </w:p>
    <w:p>
      <w:pPr>
        <w:bidi w:val="1"/>
        <w:jc w:val="start"/>
      </w:pPr>
      <w:r>
        <w:rPr>
          <w:rtl w:val="1"/>
        </w:rPr>
        <w:t xml:space="preserve">الشرح: الدلالة: دعاؤه ﷺ بعد التشهد وقبل التسليم - أدعية الصلاة </w:t>
      </w:r>
    </w:p>
    <w:p>
      <w:pPr>
        <w:bidi w:val="1"/>
        <w:jc w:val="start"/>
      </w:pPr>
      <w:r>
        <w:rPr>
          <w:rtl w:val="1"/>
        </w:rPr>
        <w:t>الشرح: الدلالة: الدعاء بعد التشهد الأخير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