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مصعب بن عمير.باب مناقب الحسن والحسين-كتاب المناقب-صحيح البخاري — رقم الحديث: 3749 — الرقم الفرعي: 99 — الرقم الأصلي: 3749</w:t>
        <w:br/>
      </w:r>
      <w:r>
        <w:rPr>
          <w:rtl w:val="1"/>
        </w:rPr>
        <w:t xml:space="preserve"> حدثنا حجّاج بن مِنهال حدثنا شُعبة قال:أخبرني عَديّ قال:سمعت البراء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النبيَّ ﷺ والحسنُ على عاتِقِه يقولُ: «اللهمَّ إنّي أُحِبُّه، فأحِبَّه».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