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الصراط جسر جهنم-كتاب الرقاق-صحيح البخاري — رقم الحديث: 6589 — الرقم الفرعي: 99 — الرقم الأصلي: 6589</w:t>
        <w:br/>
      </w:r>
      <w:r>
        <w:rPr>
          <w:rtl w:val="1"/>
        </w:rPr>
        <w:t xml:space="preserve"> حدثنا عبدان أخبرني أبي عن شعبة عن عبد الملك قال:سمعت جندباً قال:سمعت النبيّ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«أنا فَرَطُكم على الحوضِ».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النبي ﷺ يتقدم الناس على الحوض - تاسعًا: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