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المكثرين-كتاب الزهد-سنن ابن ماجة — رقم الحديث: 4129 — الرقم الفرعي: 99 — الرقم الأصلي: 4129</w:t>
        <w:br/>
      </w:r>
      <w:r>
        <w:rPr>
          <w:rtl w:val="1"/>
        </w:rPr>
        <w:t xml:space="preserve"> حدثنا أبو بكر بن أبي شيبة و أبو كُريب قالا:ثنا بكر بن عبد الرحمن ثنا عيسى بن المختار عن محمد بن أبي ليلى عن عطيّة العوفيّ عن أبي سعيد الخدريّ عن رسول الله صلى الله عليه وسلم</w:t>
        <w:br/>
      </w:r>
      <w:r>
        <w:rPr>
          <w:color w:val="000000"/>
          <w:rtl w:val="1"/>
        </w:rPr>
        <w:t xml:space="preserve">   </w:t>
      </w:r>
      <w:r>
        <w:rPr>
          <w:color w:val="FF0000"/>
          <w:rtl w:val="1"/>
        </w:rPr>
        <w:t xml:space="preserve">أنه قال: «ويلٌ للمُكْثِرين. إلّا مَن قال بالمالِ هكذا وهكذا وهكذا وهكذا»،  </w:t>
      </w:r>
      <w:r>
        <w:rPr>
          <w:color w:val="FF0000"/>
          <w:rtl w:val="1"/>
        </w:rPr>
        <w:t xml:space="preserve">أربعٌ: عن يَمينِه، وعن شِمالِه، ومِن قُدّامِه، ومِن وَرائِه.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عقوبة مانع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