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الأمر بحسن الظنّ بالله تعالى،عند الموت-كتاب الجنة،وصفة نعيمها وأهلها-صحيح مسلم — رقم الحديث: 2878 — الرقم الفرعي: 1 — الرقم الأصلي: 2878</w:t>
        <w:br/>
      </w:r>
      <w:r>
        <w:rPr>
          <w:rtl w:val="1"/>
        </w:rPr>
        <w:t xml:space="preserve"> وحدثنا قتيبة بن سعيد و عثمان بن أبي شيبة قالا:حدثنا جرير عن الأعمش عن أبي سفيان عن جابر قال:سمعت النبيّ صلى الله عليه وسلم</w:t>
        <w:br/>
      </w:r>
      <w:r>
        <w:rPr>
          <w:color w:val="FF0000"/>
          <w:rtl w:val="1"/>
        </w:rPr>
        <w:t xml:space="preserve">«يُبعَثُ كلُّ عبدٍ على ما ماتَ عليه».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يبعث الإنسان على ما مات عليه - سابعًا: البعث والنشور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