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وكالة الشاهد والغائب جائزة-كتاب الوكالة-صحيح البخاري — رقم الحديث: 2305 — الرقم الفرعي: 99 — الرقم الأصلي: 2305</w:t>
        <w:br/>
      </w:r>
      <w:r>
        <w:rPr>
          <w:rtl w:val="1"/>
        </w:rPr>
        <w:t xml:space="preserve"> حدثنا أبو نعيم حدثنا سفيان عن سلمة عن أبي سلمة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لرجلٍ على النبيِّ ﷺ سِنٌّ مِن الإبلِ، فجاءَه يَتَقاضاهُ، فقال: «أَعطُوه»  </w:t>
      </w:r>
      <w:r>
        <w:rPr>
          <w:color w:val="FF0000"/>
          <w:rtl w:val="1"/>
        </w:rPr>
        <w:t xml:space="preserve">فطَلَبُوا سِنَّه فلم يَجِدُوا له إلَّا سِنًّا فوقَها، فقال: «أَعطُوه»  </w:t>
      </w:r>
      <w:r>
        <w:rPr>
          <w:color w:val="FF0000"/>
          <w:rtl w:val="1"/>
        </w:rPr>
        <w:t xml:space="preserve">فقال: أَوفَيتَني أوفَى الله بكَ،  </w:t>
      </w:r>
      <w:r>
        <w:rPr>
          <w:color w:val="FF0000"/>
          <w:rtl w:val="1"/>
        </w:rPr>
        <w:t xml:space="preserve">قال النبيُّ ﷺ: «إنَّ خِيارَكم أحسَنُكم قَضاءً». 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بقضاء الدين - وفاء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