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شفاعة الرسول صلى الله عليه وسلم،لمن لا يُشرك بالله شيئاً-كتاب صفة القيامة-سنن الترمذي — رقم الحديث: 2441 — الرقم الفرعي: 99 — الرقم الأصلي: 2443</w:t>
        <w:br/>
      </w:r>
      <w:r>
        <w:rPr>
          <w:rtl w:val="1"/>
        </w:rPr>
        <w:t xml:space="preserve"> حدثنا هنّاد حدثنا عبدة عن سعيد عن قتادة عن أبي المليح عن عوف بن مالك الأشجعيّ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«أتاني آتٍ مِن عندِ ربِّي، فخّيَّرني بينَ أن يُدخِلَ نِصفَ أُمَّتي الجَنّةَ وبينَ الشَّفاعة، فاخترتُ الشّفاعةَ،  </w:t>
      </w:r>
      <w:r>
        <w:rPr>
          <w:color w:val="FF0000"/>
          <w:rtl w:val="1"/>
        </w:rPr>
        <w:t xml:space="preserve">وهي لِمَن ماتَ لا يُشرِكُ باللهِ شيئًا». </w:t>
      </w:r>
      <w:r>
        <w:rPr>
          <w:color w:val="000000"/>
          <w:rtl w:val="1"/>
        </w:rPr>
        <w:t xml:space="preserve">وقد رُوي عن أَبي المَلِيح، عن رَجلٍ آخَرَ من أصحاب النّبيِّ ﷺ، عن النّبيِّ ﷺ، ولم يَذكر عن عَوف بنِ مالك.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تفاؤل النّبيِّ ﷺ بشفاعته لأُمته يوم القيامة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شفاعة النبي ﷺ العامة لأمته - شفاعة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