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درجات المتقين-كتاب صفة القيامة-سنن الترمذي — رقم الحديث: 2451 — الرقم الفرعي: 99 — الرقم الأصلي: 2453</w:t>
        <w:br/>
      </w:r>
      <w:r>
        <w:rPr>
          <w:rtl w:val="1"/>
        </w:rPr>
        <w:t xml:space="preserve"> حدثنا أبو بكر بن أبي النّضر حدثنا أبو النّضر حدثنا أبو عَقيل الثقفيّ عبد الله بن عقيل حدثنا عبد الله بن يزيد حدثني ربيعة بن يزيد و عطيّة بن قيس عن عطيّة السعديّ ملاحظة وكان من أصحاب النبيّ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«لا يَبلُغُ العبدُ أن يكونَ من المُتَّقينَ حتى يَدَع ما لا بأسَ بِه حَذَرًا لِما بِه بأْس».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تقوى الله في اجتناب الشبهات - قيمة التقوى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