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 همّت طائفتان منكم أن تفشلا-كتاب المغازي-صحيح البخاري — رقم الحديث: 4059 — الرقم الفرعي: 99 — الرقم الأصلي: 4059</w:t>
        <w:br/>
      </w:r>
      <w:r>
        <w:rPr>
          <w:rtl w:val="1"/>
        </w:rPr>
        <w:t xml:space="preserve"> حدثنا يَسرة بن صفوان حدثنا إبراهيم عن أبيه عن عبد الله بن شداد عن عليّ 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سمعتُ النبيَّ ﷺ جَمَعَ أبَوَيه لأحدٍ إلا لِسعدِ بنِ مالكٍ،  </w:t>
      </w:r>
      <w:r>
        <w:rPr>
          <w:color w:val="FF0000"/>
          <w:rtl w:val="1"/>
        </w:rPr>
        <w:t xml:space="preserve">فإنّي سمعتُه يقولُ يومَ أُحدٍ: «يا سعدُ ارمِ، فِداكَ أبي وأمِّي». 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أحد</w:t>
      </w:r>
    </w:p>
    <w:p>
      <w:pPr>
        <w:bidi w:val="1"/>
        <w:jc w:val="start"/>
      </w:pPr>
      <w:r>
        <w:rPr>
          <w:rtl w:val="1"/>
        </w:rPr>
        <w:t>الشرح: الدلالة: مؤهلات بدنية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