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قوله صلى الله عليه وسلم:لا تزال طائفة من أمتي ظاهرين على الحقّ-كتاب الإمارة-صحيح مسلم — رقم الحديث: 1922 — الرقم الفرعي: 99 — الرقم الأصلي: 1922</w:t>
        <w:br/>
      </w:r>
      <w:r>
        <w:rPr>
          <w:rtl w:val="1"/>
        </w:rPr>
        <w:t xml:space="preserve"> وحدثنا محمد بن المثنى و محمد بن بشار قالا:حدثنا محمد بن جعفر حدثنا شعبة عن سِمَاك بن حرب عن جابر بن سَمُرَة عن النبيّ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«لن يَبرح هذا الدّين قائمًا، يُقاتِل عليه عصابةٌ من المُسلِمين، حتّى تَقُومَ السّاعةُ».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قيمة صبر الطائفة المؤمنة وثباتها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الأمل بالنصر والتمكين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 (الدولة)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