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أسامة بن زيد-كتاب المناقب-صحيح البخاري — رقم الحديث: 3736 — الرقم الفرعي: 99 — الرقم الأصلي: 3736</w:t>
        <w:br/>
      </w:r>
      <w:r>
        <w:rPr>
          <w:rtl w:val="1"/>
        </w:rPr>
        <w:t xml:space="preserve"> وقال نُعَيم عن ابن المبارك أخبرنا معمر عن الزُّهريّ أخبرني مولىً لأسامة بن زيد</w:t>
        <w:br/>
      </w:r>
      <w:r>
        <w:rPr>
          <w:color w:val="FF0000"/>
          <w:rtl w:val="1"/>
        </w:rPr>
        <w:t xml:space="preserve">أنَّ الحَجّاجَ بنَ أيمَنَ ابنِ أمِّ أيمَنَ - وكان أيمَنُ ابنُ أمِّ أيمَنَ أخا أُسامةَ لأمِّه - وهو رجلٌ منَ الأنصارِ،  </w:t>
      </w:r>
      <w:r>
        <w:rPr>
          <w:color w:val="FF0000"/>
          <w:rtl w:val="1"/>
        </w:rPr>
        <w:t xml:space="preserve">فرآه ابنُ عمرَ لم يُتِمَّ رُكُوعَه ولا سُجُودَه، فقال: أعِدْ.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