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15985 — الرقم الفرعي: 99 — الرقم الأصلي: 15985 — ج: 3 — ص: 487</w:t>
        <w:br/>
      </w:r>
      <w:r>
        <w:rPr>
          <w:rtl w:val="1"/>
        </w:rPr>
        <w:t xml:space="preserve"> حدثنا عبد الله حدثني أبي قال:حدثنا حسن بن موسى قال:ثنا ابن لهيعة قال:ثنا موسى بن جبير عن أبي أمامة بن سهل بن حنيف عن أبيه عن النّبيِّ ﷺ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«مَن أُذِل عنده مؤمن، فلم ينصره، وهو قادرٌ على أن يَنصُرَه، أذلَّه اللهُ عزّ وجلّ على رُؤوس الخلائق يومَ القيامة».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حال المتخاذلين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