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سجود الشكر-كتاب الجهاد-سنن أبي داود — رقم الحديث: 2774 — الرقم الفرعي: 99 — الرقم الأصلي: 2774</w:t>
        <w:br/>
      </w:r>
      <w:r>
        <w:rPr>
          <w:rtl w:val="1"/>
        </w:rPr>
        <w:t xml:space="preserve"> حدثنا مخلد بن خالد ثنا أبو عاصم عن أبي بكرة بكار بن عبد العزيز أخبرني أبي عبد العزيز عن أبي بكرة عن النبيّ صلى الله عليه وسلم</w:t>
        <w:br/>
      </w:r>
      <w:r>
        <w:rPr>
          <w:color w:val="FF0000"/>
          <w:rtl w:val="1"/>
        </w:rPr>
        <w:t xml:space="preserve">أنّه كان إذا جاءَه أمْرُ سُرُورٍ - أو يُسَرُّ بهِ - خرَّ ساجدًا شاكرًا للهِ تعالى.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سجود الشكر لله تعالى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سجود الشكر - السجود في غير الصلاة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مقارب الحديث - أقسام الرواة جرحا وتعديلا</w:t>
      </w:r>
    </w:p>
    <w:p>
      <w:pPr>
        <w:bidi w:val="1"/>
        <w:jc w:val="start"/>
      </w:pPr>
      <w:r>
        <w:rPr>
          <w:rtl w:val="1"/>
        </w:rPr>
        <w:t xml:space="preserve">الشرح: الدلالة: سجوده ﷺ لله شكرًا عند النعمة - شكر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