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التصفيق للنساء-كتاب الصلاة-صحيح البخاري — رقم الحديث: 1203 — الرقم الفرعي: 99 — الرقم الأصلي: 1203</w:t>
        <w:br/>
      </w:r>
      <w:r>
        <w:rPr>
          <w:rtl w:val="1"/>
        </w:rPr>
        <w:t xml:space="preserve"> حدثنا علي بن عبد الله حدثنا سفيان حدثنا الزهريّ عن أبي سلمة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«التَّسبيحُ للرِّجال، والتَّصفِيقُ للنِّساء».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تصفيق النساء وتسبيح الرجال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تصفيق الرجال في الصلاة - ما ينهى عنه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