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فيما يستحب من الجيوش والرفقاء والسرايا-كتاب الجهاد-سنن أبي داود — رقم الحديث: 2611 — الرقم الفرعي: 99 — الرقم الأصلي: 2611</w:t>
        <w:br/>
      </w:r>
      <w:r>
        <w:rPr>
          <w:rtl w:val="1"/>
        </w:rPr>
        <w:t xml:space="preserve"> حدثنا زهير بن حرب،أبو خَيْثَمة ثنا وَهْب بن جَرير ثنا أبي قال:سمعت يونس عن الزهريّ عن عبيدالله بن عبد الله عن ابن عبّاس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«خيْرُ الصحابةِ أربعةٌ، وخيرُ السرايا أربعُ مئةٍ، وخيرُ الجيوشِ أربعةُ آلافٍ، ولن ‌يُغْلَبَ اثنا عَشَر. ألفاً من ‌قِلَّةِ».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