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الإسبال في الصلاة-كتاب الصلاة-سنن أبي داود — رقم الحديث: 637 — الرقم الفرعي: 99 — الرقم الأصلي: 637</w:t>
        <w:br/>
      </w:r>
      <w:r>
        <w:rPr>
          <w:rtl w:val="1"/>
        </w:rPr>
        <w:t xml:space="preserve"> حدثنا زيد بن أخزم ثنا أبو داود عن أبي عوانة عن عاصم عن أبي عثمان عن ابن مسعود قال:سمعت رسول الله صلى الله عليه وسلم</w:t>
        <w:br/>
      </w:r>
      <w:r>
        <w:rPr>
          <w:color w:val="FF0000"/>
          <w:rtl w:val="1"/>
        </w:rPr>
        <w:t xml:space="preserve">يقول: «مَن أَسبَلَ إزارَه في صَلاتِه خُيَلاءَ، فليسَ مِن الله جلَّ ذِكرُه في حِلٍّ ولا حَرَام». </w:t>
      </w:r>
      <w:r>
        <w:rPr>
          <w:color w:val="000000"/>
          <w:rtl w:val="1"/>
        </w:rPr>
        <w:t xml:space="preserve">قال أبو داود: رَوى هذا جماعةٌ عن عاصمٍ موقوفًا على ابن مسعود، منهم حمَّاد بنُ سَلَمة، وحماد بنُ زيد، وأبو الأحْوَص، وأبو معاوية.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كف الثوب وسدله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إسبال الثوب في الصلاة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