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صفة وضوء النبيّ صلى الله عليه وسلم .-كتاب الطهارة-سنن أبي داود — رقم الحديث: 128 — الرقم الفرعي: 99 — الرقم الأصلي: 128</w:t>
        <w:br/>
      </w:r>
      <w:r>
        <w:rPr>
          <w:rtl w:val="1"/>
        </w:rPr>
        <w:t xml:space="preserve"> حدثنا قتيبة بن سعيد و يزيد بن خالد الهمدانيّ قالا:ثنا الليث عن ابن عَجلان عن عبد الله بن محمد بن عقيل عن الرُّبَيِّع بنت مُعوِّذ بن عفراء</w:t>
        <w:br/>
      </w:r>
      <w:r>
        <w:rPr>
          <w:color w:val="000000"/>
          <w:rtl w:val="1"/>
        </w:rPr>
        <w:t xml:space="preserve">أنَّ رسولَ الله ﷺ توضَّأَ عندَها،  </w:t>
      </w:r>
      <w:r>
        <w:rPr>
          <w:color w:val="FF0000"/>
          <w:rtl w:val="1"/>
        </w:rPr>
        <w:t xml:space="preserve">فمسحَ الرَّأسَ كُلَّه مِن قَرْنِ الشَّعرِ، كلَّ ناحية لمُنصَبِّ الشَّعرِ، لا يُحرِّكُ الشَّعرَ عن هَيئتِه.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