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واذكر في الكتاب مريم-كتاب الأنبياء-صحيح البخاري — رقم الحديث: 3439 — الرقم الفرعي: 99 — الرقم الأصلي: 3439</w:t>
        <w:br/>
      </w:r>
      <w:r>
        <w:rPr>
          <w:rtl w:val="1"/>
        </w:rPr>
        <w:t xml:space="preserve"> حدثنا إبراهيم بن المنذر حدثنا أبو ضمرة حدثنا موسى عن نافع قال عبد الله</w:t>
        <w:br/>
      </w:r>
      <w:r>
        <w:rPr>
          <w:color w:val="FF0000"/>
          <w:rtl w:val="1"/>
        </w:rPr>
        <w:t xml:space="preserve">ذَكَرَ النبيُّ ﷺ يومًا بينَ ظَهْرانَي النّاس المَسِيحَ الدَّجّالَ،  </w:t>
      </w:r>
      <w:r>
        <w:rPr>
          <w:color w:val="FF0000"/>
          <w:rtl w:val="1"/>
        </w:rPr>
        <w:t xml:space="preserve">فقال: «إنَّ اللهَ ليس بأعوَرَ، ألا إنَّ المَسِيحَ الدَّجّالَ أعوَرُ العَينِ اليُمنَى، كأنَّ عَينَه عِنَبةٌ طافيةٌ».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أخبار نوح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