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يُذكر من ذمّ الرأي وتكلّف القياس-الاعتصام بالكتاب-صحيح البخاري — رقم الحديث: 7307 — الرقم الفرعي: 99 — الرقم الأصلي: 7307</w:t>
        <w:br/>
      </w:r>
      <w:r>
        <w:rPr>
          <w:rtl w:val="1"/>
        </w:rPr>
        <w:t xml:space="preserve"> حدثنا سعيد بن تَليد حدثني ابن وهب حدثني عبد الرحمن بن شُريح وغيره عن أبي الأسود عن عُروة</w:t>
        <w:br/>
      </w:r>
      <w:r>
        <w:rPr>
          <w:color w:val="000000"/>
          <w:rtl w:val="1"/>
        </w:rPr>
        <w:t xml:space="preserve">قال: حَجَّ علينا عبدُ الله بنُ عَمرٍو، فسمعتُه يقولُ: سمعتُ النبيَّ ﷺ يقولُ:  </w:t>
      </w:r>
      <w:r>
        <w:rPr>
          <w:color w:val="000000"/>
          <w:rtl w:val="1"/>
        </w:rPr>
        <w:t xml:space="preserve">«إنَّ اللهَ لا يَنزِعُ العِلْمَ بعدَ أنْ أعطاهُمُوه انتِزاعًا، ولكنْ يَنتَزِعُه منهم مع قَبْضِ العلماءِ بعِلْمِهم،  </w:t>
      </w:r>
      <w:r>
        <w:rPr>
          <w:color w:val="000000"/>
          <w:rtl w:val="1"/>
        </w:rPr>
        <w:t xml:space="preserve">فيَبْقَى ناسٌ جُهّالٌ، يُستَفتَونَ فيُفتُونَ برأيِهم، فيُضِلّونَ ويَضِلّونَ». </w:t>
      </w:r>
      <w:r>
        <w:rPr>
          <w:color w:val="FF0000"/>
          <w:rtl w:val="1"/>
        </w:rPr>
        <w:t xml:space="preserve">فحَدَّثتُ به عائشةَ زوج النبيِّ ﷺ،  </w:t>
      </w:r>
      <w:r>
        <w:rPr>
          <w:color w:val="FF0000"/>
          <w:rtl w:val="1"/>
        </w:rPr>
        <w:t xml:space="preserve">ثمَّ إنَّ عبدَ الله بنَ عَمرٍو حَجَّ بعدُ، فقالت: يا ابنَ أُختي انطَلِقْ إلى عبدِ الله فاستَثْبِتْ لي منه الَّذي حَدَّثتَني عنه،  </w:t>
      </w:r>
      <w:r>
        <w:rPr>
          <w:color w:val="FF0000"/>
          <w:rtl w:val="1"/>
        </w:rPr>
        <w:t xml:space="preserve">فجئتُه فسألتُه فحدَّثني به كَنحوِ ما حدَّثني،  </w:t>
      </w:r>
      <w:r>
        <w:rPr>
          <w:color w:val="FF0000"/>
          <w:rtl w:val="1"/>
        </w:rPr>
        <w:t xml:space="preserve">فأتيتُ عائشةَ فأخبَرْتُها فعَجِبَتْ، فقالَت: والله لقد حَفِظَ عبدُ الله بنُ عَمرٍو.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انتشار الجهل وقبض العلماء ورفع القرآن الكريم #####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