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ذكر من سيما هذه الأمة يوم القيامة-أبواب الصلاة-سنن الترمذي — رقم الحديث: 607 — الرقم الفرعي: 99 — الرقم الأصلي: 607</w:t>
        <w:br/>
      </w:r>
      <w:r>
        <w:rPr>
          <w:rtl w:val="1"/>
        </w:rPr>
        <w:t xml:space="preserve"> حدثنا أبو الوليد،أحمد بن بكار الدّمشقيّ حدثنا الوليد بن مسلم قال:قال صفوان بن عمرو أخبرني يزيد بن خُمَير عن عبد الله بن بُسْر عن النبيّ صلى الله عليه وسلم</w:t>
        <w:br/>
      </w:r>
      <w:r>
        <w:rPr>
          <w:color w:val="FF0000"/>
          <w:rtl w:val="1"/>
        </w:rPr>
        <w:t xml:space="preserve">قال: «أُمَّتِي يَومَ القِيَامَةِ غُرُّ مِن السُّجُودِ،  </w:t>
      </w:r>
      <w:r>
        <w:rPr>
          <w:color w:val="FF0000"/>
          <w:rtl w:val="1"/>
        </w:rPr>
        <w:t xml:space="preserve">مُحجَّلُون مِن الوُضُوءِ». </w:t>
      </w:r>
      <w:r>
        <w:rPr>
          <w:color w:val="000000"/>
          <w:rtl w:val="1"/>
        </w:rPr>
        <w:t xml:space="preserve">هذا حديث حَسَنٌ صَحيحٌ غَريبٌ من هذا الوَجه مِن حَدِيث عبدِ الله بنِ بُسْر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فضل السجود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