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كانت يمين النبيّ صلى الله عليه وسلم-كتاب الأيمان-صحيح البخاري — رقم الحديث: 6631 — الرقم الفرعي: 99 — الرقم الأصلي: 6631</w:t>
        <w:br/>
      </w:r>
      <w:r>
        <w:rPr>
          <w:rtl w:val="1"/>
        </w:rPr>
        <w:t xml:space="preserve"> حدثني محمد أخبرنا عبدة عن هشام بن عروة عن أبيه عن عائشة رضي الله عنها عن النبي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000000"/>
          <w:rtl w:val="1"/>
        </w:rPr>
        <w:t xml:space="preserve">«يا أُمّةَ محمَّدٍ، والله لو تَعلَمونَ ما أعلَمُ لَبَكَيتُم كثيرًا، ولَضَحِكْتُم قليلًا».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