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يستعاذ منه في الصلاة-كتاب المساجد ومواضع الصلاة-صحيح مسلم — رقم الحديث: 590 — الرقم الفرعي: 99 — الرقم الأصلي: 590</w:t>
        <w:br/>
      </w:r>
      <w:r>
        <w:rPr>
          <w:rtl w:val="1"/>
        </w:rPr>
        <w:t xml:space="preserve"> وحدثنا قتيبة بن سعيد عن مالك بن أنس ملاحظة فيما قُرىء عليه عن أبي الزُّبير عن طاوس عن ابن عباس</w:t>
        <w:br/>
      </w:r>
      <w:r>
        <w:rPr>
          <w:color w:val="FF0000"/>
          <w:rtl w:val="1"/>
        </w:rPr>
        <w:t xml:space="preserve">أنَّ رَسولَ اللهِ ﷺ كانَ يُعلِّمُهم هذا الدعاءَ كما يُعلِّمُهم السورةَ مِن القُرآن، يقول: قولوا:  </w:t>
      </w:r>
      <w:r>
        <w:rPr>
          <w:color w:val="FF0000"/>
          <w:rtl w:val="1"/>
        </w:rPr>
        <w:t xml:space="preserve">«اللهمَّ إنَّا نَعوذُ بكَ مِن عذابِ جهنَّم، وأَعوذُ بكَ مِن عَذابِ القَبرِ، وأَعوذُ بِكَ مِن فِتنةِ المَسيحِ الدجَّال، وأَعوذُ بكَ مِن فِتنةِ المَحْيا والمَمَات».  </w:t>
      </w:r>
      <w:r>
        <w:rPr>
          <w:color w:val="000000"/>
          <w:rtl w:val="1"/>
        </w:rPr>
        <w:t xml:space="preserve">قال مُسلمُ بنُ الحجَّاج: بَلغَنِي أَنَّ طاوسًا قالَ لابنِه: أَدعوتَ بها في صَلاتِك؟ فقال: لا، قال: أَعِد صلاتَك، لأَنَّ طاوسًا رواهُ عن ثلاثَةٍ أَو أَربَعَةٍ، أَو كما قال. 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الدعاء في الجلوس الأخير - الجلوس والتشهد</w:t>
      </w:r>
    </w:p>
    <w:p>
      <w:pPr>
        <w:bidi w:val="1"/>
        <w:jc w:val="start"/>
      </w:pPr>
      <w:r>
        <w:rPr>
          <w:rtl w:val="1"/>
        </w:rPr>
        <w:t>الشرح: الدلالة: سؤال الجنة، والاستجارة من النار.،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الاستعاذة بالله من عذاب القبر - عاشرًا: عذاب القبر </w:t>
      </w:r>
    </w:p>
    <w:p>
      <w:pPr>
        <w:bidi w:val="1"/>
        <w:jc w:val="start"/>
      </w:pPr>
      <w:r>
        <w:rPr>
          <w:rtl w:val="1"/>
        </w:rPr>
        <w:t>الشرح: الدلالة: خامسًا: التعوذ بالله سبحانه من النار - النار وجحيمها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بعد التشهد وقبل التسليم - أدعية الصلاة 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p>
      <w:pPr>
        <w:bidi w:val="1"/>
        <w:jc w:val="start"/>
      </w:pPr>
      <w:r>
        <w:rPr>
          <w:rtl w:val="1"/>
        </w:rPr>
        <w:t>الشرح: الدلالة: الدعاء بعد التشهد الأخير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