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22771 — الرقم الفرعي: 99 — الرقم الأصلي: 22771 — ج: 5 — ص: 325</w:t>
        <w:br/>
      </w:r>
      <w:r>
        <w:rPr>
          <w:rtl w:val="1"/>
        </w:rPr>
        <w:t xml:space="preserve"> حدثنا الحكم بن نافع ثنا إسماعيل بن عيّاش عن راشد بن داود الصنعانيّ عن عبد الرحمن بن حسّان عن روح بن زنباع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فقد النّبيَّ ﷺ ليلةً أَصحابُه، وكانوا إذا نَزَلوا أَنزَلُوه وَسَطَهم، ففَزِعُوا وظنُّوا أنَّ اللهَ اختارَ له أَصحابًا غيرَهم،  </w:t>
      </w:r>
      <w:r>
        <w:rPr>
          <w:color w:val="FF0000"/>
          <w:rtl w:val="1"/>
        </w:rPr>
        <w:t xml:space="preserve">فإذا هم بخَيَالِ النّبيِّ ﷺ، فكبَّروا حين رَأَوْه،  </w:t>
      </w:r>
      <w:r>
        <w:rPr>
          <w:color w:val="FF0000"/>
          <w:rtl w:val="1"/>
        </w:rPr>
        <w:t xml:space="preserve">وقالوا: يا رسولَ الله، أشْفَقْنا أن يكونَ الله اختارَ لك أَصحابًا غيرَنا،  </w:t>
      </w:r>
      <w:r>
        <w:rPr>
          <w:color w:val="000000"/>
          <w:rtl w:val="1"/>
        </w:rPr>
        <w:t xml:space="preserve">فقالَ رسولُ الله ﷺ: «لا، بل أَنتُم أَصحابي في الدُّنيا والآخِرة،  </w:t>
      </w:r>
      <w:r>
        <w:rPr>
          <w:color w:val="000000"/>
          <w:rtl w:val="1"/>
        </w:rPr>
        <w:t xml:space="preserve">إنَّ الله تعالى أَيقظَني، فقال: يا محمّد، إنّي لم أَبْعَث نبيًّا ولا رسولًا إلّا وقد سألَني مسألةً أَعطيتُها إيَّاه، فاسأل يا محمّد تُعْطَه،  </w:t>
      </w:r>
      <w:r>
        <w:rPr>
          <w:color w:val="000000"/>
          <w:rtl w:val="1"/>
        </w:rPr>
        <w:t xml:space="preserve">فقلتُ: مَسأَلَتي شَفاعةٌ لأُمّتي يومَ القِيامة»  </w:t>
      </w:r>
      <w:r>
        <w:rPr>
          <w:color w:val="000000"/>
          <w:rtl w:val="1"/>
        </w:rPr>
        <w:t xml:space="preserve">فقال أبو بكر: يا رسولَ الله، وما الشّفاعةُ؟  </w:t>
      </w:r>
      <w:r>
        <w:rPr>
          <w:color w:val="000000"/>
          <w:rtl w:val="1"/>
        </w:rPr>
        <w:t xml:space="preserve">قال: «أقولُ يا ربِّ، شفاعَتي الَّتي اختبأتُ عِندَك، فيقولُ الرَّبُّ تباركَ وتعالى: نعم، فيُخرِج ربّي بقيّةَ أُمَّتي مِن النَّارِ، فينبُذُهم في الجَنَّة».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