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الخلفاء-كتاب السنّة-سنن أبي داود — رقم الحديث: 4640 — الرقم الفرعي: 99 — الرقم الأصلي: 4640</w:t>
        <w:br/>
      </w:r>
      <w:r>
        <w:rPr>
          <w:rtl w:val="1"/>
        </w:rPr>
        <w:t xml:space="preserve"> حدثنا موسى بن إسماعيل ثنا حماد ثنا برد أبو العلاء عن مكحول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«مَوضعُ فُسطاطِ المُسلِمينَ في المَلاحِم أَرضٌ يقالُ لها الغُوطَة».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المبحث الثاني: تداعي الأمم الروم وغيرهم على المسلمين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