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تسمية مَن سُمّي من أهل بدر.باب حديث بني النضير-كتاب المغازي-صحيح البخاري — رقم الحديث: 4029 — الرقم الفرعي: 99 — الرقم الأصلي: 4029</w:t>
        <w:br/>
      </w:r>
      <w:r>
        <w:rPr>
          <w:rtl w:val="1"/>
        </w:rPr>
        <w:t xml:space="preserve"> حدثني الحسن بن مُدرك حدثنا يحيى بن حمّاد أخبرنا أبو عَوانة عن أبي بشر عن سعيد بن جبير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لابنِ عبَّاسٍ: سورةُ الحَشْرِ، قال: قل: سورةُ النَّضِير. </w:t>
      </w:r>
      <w:r>
        <w:rPr>
          <w:color w:val="000000"/>
          <w:rtl w:val="1"/>
        </w:rPr>
        <w:t xml:space="preserve">تابَعَه هُشَيمٌ، عن أبي بِشْر. </w:t>
      </w:r>
    </w:p>
    <w:p>
      <w:pPr>
        <w:bidi w:val="1"/>
        <w:jc w:val="start"/>
      </w:pPr>
      <w:r>
        <w:rPr>
          <w:rtl w:val="1"/>
        </w:rPr>
        <w:t>الشرح: الدلالة: غزوة بني النضير - أحداث السنة الرابعة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