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آيات نبوة النبيّ صلى الله عليه وسلم،وما قد خصّه الله به-كتاب المناقب-سنن الترمذي — رقم الحديث: 3625 — الرقم الفرعي: 99 — الرقم الأصلي: 3630</w:t>
        <w:br/>
      </w:r>
      <w:r>
        <w:rPr>
          <w:rtl w:val="1"/>
        </w:rPr>
        <w:t xml:space="preserve"> حدثنا محمد بن بشار حدثنا يزيد بن هارون حدثنا سليمان التيميّ عن أبي العلاء عن سمُرة بن جندب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كنّا مع رسولِ الله ﷺ نَتداولُ من قَصعةٍ من غَدْوةٍ حتَّى اللَّيل، تقومُ عَشَرَةٌ، وتَقعدُ عَشَرَةٌ،  </w:t>
      </w:r>
      <w:r>
        <w:rPr>
          <w:color w:val="FF0000"/>
          <w:rtl w:val="1"/>
        </w:rPr>
        <w:t xml:space="preserve">قلنا: فما كانت تُمَد؟ قال: مِن أيِّ شيءٍ تَعجَبُ؟ ما كانت تُمَدُّ إلّا مِن ههنا، وأَشارَ بيدِه إلى السّماء.  </w:t>
      </w:r>
      <w:r>
        <w:rPr>
          <w:color w:val="000000"/>
          <w:rtl w:val="1"/>
        </w:rPr>
        <w:t xml:space="preserve">هذا حديثٌ حسنٌ صحيح.  </w:t>
      </w:r>
      <w:r>
        <w:rPr>
          <w:color w:val="000000"/>
          <w:rtl w:val="1"/>
        </w:rPr>
        <w:t xml:space="preserve">وأَبو العلاء اسمُه يزيدُ بنُ عبدِ الله الشِّخِّير.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تكثير الماء والطعام ببركته صلى الله عليه وسلم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 xml:space="preserve">الشرح: الدلالة: بركته ﷺ في تكثير الطعام - بركته ﷺ في تكثير القليل بإذن الله 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بركته على أصحابه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