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قرابة رسول الله صلى الله عليه وسلم-كتاب المناقب-صحيح البخاري — رقم الحديث: 3713 — الرقم الفرعي: 99 — الرقم الأصلي: 3713</w:t>
        <w:br/>
      </w:r>
      <w:r>
        <w:rPr>
          <w:rtl w:val="1"/>
        </w:rPr>
        <w:t xml:space="preserve"> أخبرني عبد الله بن عبد الوهاب حدثنا خالد حدثنا شُعبة عن واقد قال:سمعت أبي يحدث عن ابن عمر عن أبي بكر رضي الله عنهم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ارقُبوا محمَّدًا ﷺ في أهلِ بيتِه.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 xml:space="preserve">الشرح: الدلالة: دعوة أبي بكر رضي الله عنه إلى توقير آله ﷺ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