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مواضع الإبل-كتاب الصلاة-صحيح البخاري — رقم الحديث: 430 — الرقم الفرعي: 99 — الرقم الأصلي: 430</w:t>
        <w:br/>
      </w:r>
      <w:r>
        <w:rPr>
          <w:rtl w:val="1"/>
        </w:rPr>
        <w:t xml:space="preserve"> حدثنا صدقة بن الفضل قال: أخبرنا سليمان بن حيّان قال:حدثنا عبيد الله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ابنَ عُمرَ يُصلِّي إلى بَعِيرِه، وقال: رأيتُ النبيَّ ﷺ يَفعَلُه.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