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تُعرَّف  لقطة أهل مكة-كتاب في اللقطة-صحيح البخاري — رقم الحديث: 2434 — الرقم الفرعي: 99 — الرقم الأصلي: 2434</w:t>
        <w:br/>
      </w:r>
      <w:r>
        <w:rPr>
          <w:rtl w:val="1"/>
        </w:rPr>
        <w:t xml:space="preserve"> حدثنا يحيى بن موسى حدثنا الوليد بن مسلم حدثنا الأوزاعي قال:حدثني يحيى بن أبي كثير قال:حدثني أبو سلمة بن عبد الرحمن قال:حدثني أبو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فَتَحَ اللهُ على رسولِه ﷺ مكَّةَ قامَ في النّاسِ، فحَمِدَ اللهَ وأثنَى عليه،  </w:t>
      </w:r>
      <w:r>
        <w:rPr>
          <w:color w:val="FF0000"/>
          <w:rtl w:val="1"/>
        </w:rPr>
        <w:t xml:space="preserve">ثمَّ قال: «إنَّ اللهَ حَبَسَ عن مكَّةَ الفِيلَ، وسَلَّطَ عليها رسولَه والمؤمنينَ، فإنَّها لا تَحِلُّ لأحدٍ كانَ قبلي، وإنَّها أُحِلَّتْ لي ساعةً مِن نهارٍ، وإنَّها لا تَحِلُّ لأحدٍ بَعْدي،  </w:t>
      </w:r>
      <w:r>
        <w:rPr>
          <w:color w:val="FF0000"/>
          <w:rtl w:val="1"/>
        </w:rPr>
        <w:t xml:space="preserve">فلا يُنفَّرُ صَيدُها، ولا يُختَلَى شَوْكُها، ولا تَحِلُّ ساقِطَتُها إلا لمُنشِدٍ.  </w:t>
      </w:r>
      <w:r>
        <w:rPr>
          <w:color w:val="FF0000"/>
          <w:rtl w:val="1"/>
        </w:rPr>
        <w:t xml:space="preserve">ومَن قُتِلَ له قتيلٌ فهو بخيرِ النَّظَرَينِ، إمّا أنْ يُفْدَى، وإمّا أنْ يُقِيدَ»  </w:t>
      </w:r>
      <w:r>
        <w:rPr>
          <w:color w:val="FF0000"/>
          <w:rtl w:val="1"/>
        </w:rPr>
        <w:t xml:space="preserve">فقال العبَّاسُ: إلا الإذْخِرَ، فإنّا نَجْعَلُه لِقُبورِنا وبيوتِنا، فقال رسولُ الله ﷺ: «إلَّا الإذْخِرَ». </w:t>
      </w:r>
      <w:r>
        <w:rPr>
          <w:color w:val="FF0000"/>
          <w:rtl w:val="1"/>
        </w:rPr>
        <w:t xml:space="preserve">فقامَ أبو شاهٍ - رجلٌ مِن أهلِ اليَمَنِ - فقال: اكتُبُوا لي يا رسولَ الله، فقال رسولُ الله ﷺ: «اكتُبُوا لأبي شاهٍ». </w:t>
      </w:r>
      <w:r>
        <w:rPr>
          <w:color w:val="000000"/>
          <w:rtl w:val="1"/>
        </w:rPr>
        <w:t xml:space="preserve">قلتُ لِلأوزاعيِّ: ما قولُه: اكتُبُوا لي يا رسولَ الله؟ قال: هذه الخُطْبةَ الَّتي سمعَها من رسولِ الله ﷺ. 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