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الإجتماع على تلاوة القرآن،وعلى الذكر-كتاب الذكر والدعاء والتوبة والإستغفار-صحيح مسلم — رقم الحديث: 2700 — الرقم الفرعي: 1 — الرقم الأصلي: 2700</w:t>
        <w:br/>
      </w:r>
      <w:r>
        <w:rPr>
          <w:rtl w:val="1"/>
        </w:rPr>
        <w:t xml:space="preserve"> حدثنا محمد بن المثنى و ابن بشار قالا:حدثنا محمد بن جعفر حدثنا شعبة سمعت أبا إسحاق يحدث عن الأغرّ،أبي مسلم أنه قال:أشهد على أبي هريرة و أبي سعيد الخُدْريّ أنهما شهدا على النبيّ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«لا يَقعُد قومٌ يَذكُرونَ اللهَ عزَّ وجلَّ إلّا حفَّتهُم المَلائكةُ، وغَشِيتهُم الرَّحمةُ، ونزلَت عليهِمُ السَّكِينةُ، وذَكَرَهم اللهُ فيمَن عندَه».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الاجتماع على ذكر الله تعالى وفضل ذلك.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