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قصّة يأجوج ومأجوج-كتاب الأنبياء-صحيح البخاري — رقم الحديث: 3347 — الرقم الفرعي: 99 — الرقم الأصلي: 3347</w:t>
        <w:br/>
      </w:r>
      <w:r>
        <w:rPr>
          <w:rtl w:val="1"/>
        </w:rPr>
        <w:t xml:space="preserve"> حدثنا مسلم بن إبراهيم حدثنا وهيب حدثنا ابن طاوس عن أبيه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«فَتَحَ اللهُ من رَدْمِ يَأْجُوجَ ومَأْجُوجَ مِثلَ هذا» وعَقَدَ بيدِه تسعِينَ. 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يأجوج ومأجوج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الفصل الخامس: خروج يأجوج ومأجوج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