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تعالىومَن يقتل مؤمناً متعمّداً فجزاؤه جهنم-كتاب الديات-صحيح البخاري — رقم الحديث: 6863 — الرقم الفرعي: 99 — الرقم الأصلي: 6863</w:t>
        <w:br/>
      </w:r>
      <w:r>
        <w:rPr>
          <w:rtl w:val="1"/>
        </w:rPr>
        <w:t xml:space="preserve"> حدثني أحمد بن يعقوب حدثنا إسحاق سمعت أبي يحدث عن عبد الله 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 مِن ورَطات الأُمورِ الَّتي لا مَخرَجَ لِمَن أوقَعَ نَفْسَه فيها، سَفْكَ الدَّمِ الحَرَامِ بغيرِ حِلِّه.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