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22283 — الرقم الفرعي: 99 — الرقم الأصلي: 22283</w:t>
        <w:br/>
      </w:r>
      <w:r>
        <w:rPr>
          <w:rtl w:val="1"/>
        </w:rPr>
        <w:t xml:space="preserve"> حدثنا زيد بن يحيى ثنا عبد الله بن العلاء بن زبر حدثني القاسم قال:سمعت أبا أمامة</w:t>
        <w:br/>
      </w:r>
      <w:r>
        <w:rPr>
          <w:color w:val="000000"/>
          <w:rtl w:val="1"/>
        </w:rPr>
        <w:t xml:space="preserve">يقول: </w:t>
      </w:r>
      <w:r>
        <w:rPr>
          <w:color w:val="000000"/>
          <w:rtl w:val="1"/>
        </w:rPr>
        <w:t xml:space="preserve">خَرَجَ رسولُ الله ﷺ على مَشيخةٍ مِن الأَنصار، بِيضٌ لِحاهم، فقال: «يا معشر الأنصار، حَمِّروا وصَفِّروا، وخالِفُوا أَهلَ الكِتاب».  </w:t>
      </w:r>
      <w:r>
        <w:rPr>
          <w:color w:val="FF0000"/>
          <w:rtl w:val="1"/>
        </w:rPr>
        <w:t xml:space="preserve">قال: فقلنا: يا رسولَ الله، إنَّ أَهلَ الكِتاب ‌يَتَسروَلُون ولا يأتَزِرُون!  </w:t>
      </w:r>
      <w:r>
        <w:rPr>
          <w:color w:val="FF0000"/>
          <w:rtl w:val="1"/>
        </w:rPr>
        <w:t xml:space="preserve">فقال رسولُ الله ﷺ: «تَسَروَلُوا وائتَزِرُوا وخالِفُوا أَهلَ الكتاب».  </w:t>
      </w:r>
      <w:r>
        <w:rPr>
          <w:color w:val="000000"/>
          <w:rtl w:val="1"/>
        </w:rPr>
        <w:t xml:space="preserve">قال: فقلنا: يا رسولَ الله، إنَّ أهل الكتاب يَتَخَفَّفون ولا يَنتَعِلُون.  </w:t>
      </w:r>
      <w:r>
        <w:rPr>
          <w:color w:val="000000"/>
          <w:rtl w:val="1"/>
        </w:rPr>
        <w:t xml:space="preserve">قال: فقال النبي ﷺ: «فتَخفَّفُوا وانتَعِلُوا وخالفوا أَهلَ الكِتاب».  </w:t>
      </w:r>
      <w:r>
        <w:rPr>
          <w:color w:val="000000"/>
          <w:rtl w:val="1"/>
        </w:rPr>
        <w:t xml:space="preserve">قال: فقلنا: يا رسولَ الله إنَّ أَهلَ الكتاب يَقُصُّون عَثَانِينَهم ويُوفِّرون سِبَالَهم!  </w:t>
      </w:r>
      <w:r>
        <w:rPr>
          <w:color w:val="000000"/>
          <w:rtl w:val="1"/>
        </w:rPr>
        <w:t xml:space="preserve">قال: فقال النبيُّ ﷺ: «قُصُّوا سِبَالَكم، ووَفِّروا عَثانِينَكم، وخَالِفُوا أَهلَ الكتاب».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السراويل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