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كتاب النبيّ صلى الله عليه وسلم،إلى كسرى وقيصر-كتاب المغازي-صحيح البخاري — رقم الحديث: 4425 — الرقم الفرعي: 99 — الرقم الأصلي: 4425</w:t>
        <w:br/>
      </w:r>
      <w:r>
        <w:rPr>
          <w:rtl w:val="1"/>
        </w:rPr>
        <w:t xml:space="preserve"> حدثنا عثمان بن الهيثم حدثنا عوف عن الحسن عن أبي بَكرة</w:t>
        <w:br/>
      </w:r>
      <w:r>
        <w:rPr>
          <w:color w:val="FF0000"/>
          <w:rtl w:val="1"/>
        </w:rPr>
        <w:t xml:space="preserve">قال: لقد نَفَعَني الله بكَلِمةٍ سمعتُها من رسولِ الله ﷺ أيامَ الجَمَلِ، بعدَما كِدْتُ أنْ ألحَقَ بأصحاب الجَمَلِ، فأُقاتِلَ معهُم،  </w:t>
      </w:r>
      <w:r>
        <w:rPr>
          <w:color w:val="FF0000"/>
          <w:rtl w:val="1"/>
        </w:rPr>
        <w:t xml:space="preserve">قال: لمّا بَلَغَ رسولَ الله ﷺ أنَّ أهلَ فارسَ قد مَلَّكوا عليهم بنتَ كِسْرَى، قال: «لن يُفْلِحَ قومٌ وَلَّوْا أمرَهُمُ امرأةً».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العراق وفارس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الذكورة - شروط القاضي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الذكورة - شروط رئيس الدولة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