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وسلم:لا تزال طائفةٌ من أمتي ظاهرين-الاعتصام بالكتاب-صحيح البخاري — رقم الحديث: 7311 — الرقم الفرعي: 99 — الرقم الأصلي: 7311</w:t>
        <w:br/>
      </w:r>
      <w:r>
        <w:rPr>
          <w:rtl w:val="1"/>
        </w:rPr>
        <w:t xml:space="preserve"> حدثنا عبيد الله بن موسى عن إسماعيل عن قيس عن المغيرة بن شعبة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يَزالُ طائفةٌ من أُمَّتي ظاهرِين، حتَّى يأتيَهم أمرُ الله وهم ظاهِرونَ».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الأمل بالنصر والتمكين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